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מסילות אל הנפש – מידות, בחירה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כמו שביל הזהב, משל המלח, בחירה ואחריות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מבנה כרטיסיות המידות והתוכנית השנתית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לתרגם את הרעיונות למחשבה אישית על מידות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האיזון הנכון בין יותר מדי לפחות מדי במידה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האם אפשר להיות נדיבים מדי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35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הגדרה, דוגמה ושביל הזהב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מניעים, תירוצים ודילמות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גם מידה טובה יכולה להזיק אם יש ממנה יותר מדי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כלי הסימנייה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התוכנית מתמקדת במידה אחת בכל 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תוכן היחידה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משל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שביל הזהב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תירוץ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(האיזון הנכון בין יותר מדי לפחות מדי)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(סיפור על נדיבות יתר ומלח)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(שיעור שבו קונים מידות במכירה)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(דף עם מידה להודות עליה ומידה לחזק)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(סמל שמראה איך אחריות גדלה ומתרחבת)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העבודה על מידה בכל 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מידה אחת לעבוד עליה באותו 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ללמוד את ההגדרה של המידה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לחשוב על דוגמה אישית למידה הזו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למצוא את שביל הזהב ולתרגל את המידה לאורך החודש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שם מידה והסבר קצר למה היא חשובה 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איזון בין יותר מדי לפחות מדי במידה מסוימת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נדיבות יתר שעלולה להזיק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בחירה היא החלטה אחראית, תירוץ הוא בריחה מאחריות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מידה אחת מוכרת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שאין תשובה נכונה אחת במשימות האישיות ושהשיתוף הוא לבחירה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תרגיל הסידור לתהליך החודשי של התוכנית השנתית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מסילות אל הנפש – מידות, בחירה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מסילות אל הנפש לומדים על מידות טובות, על בחירה ועל אחריות, דרך כרטיסיות, משלים וכלים אישיים. דף זה מתרגל את המושגים המרכזיים שמופיעים בו.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שביל הזהב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הדרך הקצרה ביותר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האיזון הנכון בין יותר מדי לפחות מדי במידה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מתכון לעוגה מיוחדת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בודק משל המלח?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מבשלים אוכל טעים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האם אפשר להיות נדיבים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מלח יש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שומרים על 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כרטיסי מידות יש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חודשים כוללת התוכנית השנתית של המידות?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כוללת כל כרטיסיית מידה?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שם המידה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הגדרה, דוגמה ושביל הזהב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דוגמה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במה עוסקת יחידת הבחירה?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לבחור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מניעים, תירוצים ודילמות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בחירת חברים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משחקי בחירה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שביל הזהב מלמד שגם מידה טובה כמו נדיבות צריכה להיות באיזון נכון, לא בהגזמה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בסימנייה האישית כותבים מידה שאני מודה עליה ומידה שאני רוצה לחזק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בתוכנית השנתית עוסקים בכמה מידות שונות באותו חודש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יחידת האחריות עוסקת גם במעגלים ובעץ האחריות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__________ מתארת תכונת אופי טובה שאפשר לפתח ולחזק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הוא הסיפור שבודק אם אפשר להיות נדיבים מדי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בכל כרטיסיית מידה מופיעים הגדרה, דוגמה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ביחידת הבחירה לומדים להיות חזקים מה__________ 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ביחידת האחריות יש סמל שנקרא עץ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שביל הזהב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סמל שמראה איך אחריות גדלה ומתרחבת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משל המלח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האיזון הנכון בין יותר מדי לפחות מדי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מכירה פומבית של מידות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דף עם מידה להודות עליה ומידה לחזק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סימנייה אישית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שיעור שבו קונים מידות במכירה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עץ האחריות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סיפור על נדיבות יתר ומלח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העבודה על מידה בכל 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למצוא את שביל הזהב ולתרגל את המידה לאורך החודש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מידה אחת לעבוד עליה באותו חודש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ללמוד את ההגדרה של המידה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על דוגמה אישית למידה הזו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מידה אחת שאתם מודים עליה אצל עצמכם ולמה בחרתם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שביל הזהב ולמה הוא חשוב?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למידה טובה שאפשר להגזים 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בחירה לתירוץ?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מסילות אל הנפש – מידות, בחירה ואחריות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