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מסילות אל הנפש –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כמו שביל הזהב, משל המלח, בחירה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כרטיסיות המידות והתוכנית השנתית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הרעיונות למחשבה אישית על מידות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האיזון הנכון בין יותר מדי לפחות מדי במידה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אפשר להיות נדיבים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הגדרה, דוגמה ושביל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מניעים, תירוצים ודילמות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גם מידה טובה יכולה להזיק אם יש ממנה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כלי הסימנייה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התוכנית מתמקדת במידה אחת בכל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תוכן היחידה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(האיזון הנכון בין יותר מדי לפחות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(סיפור על נדיבות יתר ומלח)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(שיעור שבו קונים מידות במכירה)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(דף עם מידה להודות עליה ומידה לחזק)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(סמל שמראה איך אחריות גדלה ומתרחבת)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מידה בכל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מידה אחת לעבוד עליה באותו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את ההגדרה של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על דוגמה אישית למידה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למצוא את שביל הזהב ולתרגל את המידה לאורך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שם מידה והסבר קצר למה היא חשובה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איזון בין יותר מדי לפחות מדי במידה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נדיבות יתר שעלולה להזיק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היא החלטה אחראית, תירוץ הוא בריחה מאחריות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מידה אחת מוכרת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נכונה אחת במשימות האישיות ושהשיתוף הוא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תרגיל הסידור לתהליך החודשי של התוכנית השנתית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מסילות אל הנפש –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הזה לומדים על מידות טובות, בחירה ואחריות. בדף הזה נתרגל מילים ורעיונות חשובים מהאתר.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תכונת אופי טובה שאפשר לפתח ולחזק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הזהב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האיזון הנכון בין יותר מדי לפחות מדי במידה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 המלח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שבודק אם אפשר להיות נדיבים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שלי איך לנהוג, גם כשיש תירוץ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בעלות על המעשים שלי ועל התוצאות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תירוץ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שמשתמשים בה כדי להימנע מאחריות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הפנימית שגורמת לי לפעול כך או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האחריות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שמראה איך אחריות גדלה ומתרחבת כמו 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שביל הזהב?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הקצרה ביותר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האיזון הנכון בין יותר מדי לפחות מדי במידה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לעוגה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משל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מבשלים אוכל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אפשר להיות נדיבים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מלח יש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שומרים על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חודשים בתוכנית?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בכרטיסיית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הגדרה, דוגמה ושביל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דוגמה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לומדים ביחידת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לבחור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מניעים, תירוצים ודילמות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חברים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 בחירה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הזהב מלמד שגם מידה טובה כמו נדיבות צריכה להיות באיזון נכון, לא בהגזמה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בסימנייה האישית כותבים מידה שאני מודה עליה ומידה שאני רוצה לחזק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בתוכנית השנתית עוסקים בכמה מידות שונות באותו 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האחריות עוסקת גם במעגלים ובעץ האחריות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מתארת תכונת אופי טובה שאפשר לפתח ולחזק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הסיפור שבודק אם אפשר להיות נדיבים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כרטיסיית מידה מופיעים הגדרה, דוגמה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ביחידת הבחירה לומדים להיות חזקים מה__________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ביחידת האחריות יש סמל שנקרא עץ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שביל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שמראה איך אחריות גדלה ומתרחבת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משל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דף עם מידה להודות עליה ומידה לחזק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מכירה פומבית של מידות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על נדיבות יתר ומלח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סימנייה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האיזון הנכון בין יותר מדי לפחות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עץ האחריות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שיעור שבו קונים מידות במכירה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על מידה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את ההגדרה של המידה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דוגמה אישית למידה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את שביל הזהב ולתרגל את המידה לאורך החודש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מידה אחת לעבוד עליה באותו 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מידה אחת שאתם מודים עליה אצל עצמכם ולמה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שביל הזהב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למידה טובה שאפשר להגזים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בחירה לתירוץ?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מסילות אל הנפש –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