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כמו שביל הזהב, משל המלח, בחירה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כרטיסיות המידות והתוכנית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הרעיונות למחשבה אישית על מידות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האיזון הנכון בין יותר מדי לפחות מדי במידה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אפשר להיות נדיבים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גם מידה טובה יכולה להזיק אם יש ממנה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כלי הסימנייה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 הזהב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(האיזון הנכון בין יותר מדי לפחות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(סיפור על נדיבות יתר ומלח)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(שיעור שבו קונים מידות במכירה)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(דף עם מידה להודות עליה ומידה לחזק)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מידה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מידה אחת לעבוד עליה באותו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את ההגדרה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דוגמה אישית למידה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שביל הזהב ולתרגל את המידה לאורך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מידה והסבר קצר למה היא חשובה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איזון בין יותר מדי לפחות מדי במידה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נדיבות יתר שעלולה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היא החלטה אחראית, תירוץ הוא בריחה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מידה אחת מוכרת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נכונה אחת במשימות האישיות ושהשיתוף הוא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הסידור לתהליך החודשי של התוכנית השנתית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מסילות אל הנפש לומדים על מידות טובות, על בחירה ועל אחריות, דרך כרטיסיות, משלים וכלים אישיים. דף זה מתרגל את המושגים המרכזיים שמופיעים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שביל הזהב  ·  מידה  ·  משל המלח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שביל הזהב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הדרך הקצרה ביותר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האיזון הנכון בין יותר מדי לפחות מדי במידה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לעוגה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בודק משל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מבשלים אוכל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אפשר להיות נדיבים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מלח יש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כרטיסי מידות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שביל הזהב מלמד שגם מידה טובה כמו נדיבות צריכה להיות באיזון נכון, לא בהגזמה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בסימנייה האישית כותבים מידה שאני מודה עליה ומידה שאני רוצה לחזק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מתארת תכונת אופי טובה שאפשר לפתח ולחזק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הסיפור שבודק אם אפשר להיות נדיבים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בכל כרטיסיית מידה מופיעים הגדרה, דוגמה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שביל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דף עם מידה להודות עליה ומידה לחזק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משל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האיזון הנכון בין יותר מדי לפחות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מכירה פומבית של 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סיפור על נדיבות יתר ומלח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סימנייה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שיעור שבו קונים מידות במכירה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על מידה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למצוא את שביל הזהב ולתרגל את המידה לאורך החודש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דוגמה אישית למידה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מידה אחת לעבוד עליה באותו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ללמוד את ההגדרה של המידה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מידה אחת שאתם מודים עליה אצל עצמכם ולמה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שביל הזהב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למידה טובה שאפשר להגזים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מסילות אל הנפש –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